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4661E" w14:textId="231105BD" w:rsidR="00BA1ACB" w:rsidRPr="00DD15BE" w:rsidRDefault="00000000" w:rsidP="007A55A8">
      <w:pPr>
        <w:pStyle w:val="ListParagraph"/>
        <w:numPr>
          <w:ilvl w:val="0"/>
          <w:numId w:val="10"/>
        </w:numPr>
        <w:spacing w:after="0" w:line="48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DD15BE">
        <w:rPr>
          <w:rFonts w:ascii="Times New Roman" w:hAnsi="Times New Roman" w:cs="Times New Roman"/>
          <w:sz w:val="23"/>
          <w:szCs w:val="23"/>
        </w:rPr>
        <w:t>Indent No.: __________</w:t>
      </w:r>
      <w:r w:rsidR="007A55A8" w:rsidRPr="00DD15BE">
        <w:rPr>
          <w:rFonts w:ascii="Times New Roman" w:hAnsi="Times New Roman" w:cs="Times New Roman"/>
          <w:sz w:val="23"/>
          <w:szCs w:val="23"/>
        </w:rPr>
        <w:t>_________________________________________________</w:t>
      </w:r>
      <w:r w:rsidR="000D7AFD" w:rsidRPr="00DD15BE">
        <w:rPr>
          <w:rFonts w:ascii="Times New Roman" w:hAnsi="Times New Roman" w:cs="Times New Roman"/>
          <w:sz w:val="23"/>
          <w:szCs w:val="23"/>
        </w:rPr>
        <w:t>______</w:t>
      </w:r>
      <w:r w:rsidR="00405AD5">
        <w:rPr>
          <w:rFonts w:ascii="Times New Roman" w:hAnsi="Times New Roman" w:cs="Times New Roman"/>
          <w:sz w:val="23"/>
          <w:szCs w:val="23"/>
        </w:rPr>
        <w:t>__</w:t>
      </w:r>
      <w:r w:rsidRPr="00DD15BE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1FBE56C8" w14:textId="5F15FA93" w:rsidR="00BA1ACB" w:rsidRPr="00DD15BE" w:rsidRDefault="00000000" w:rsidP="007A55A8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DD15BE">
        <w:rPr>
          <w:rFonts w:ascii="Times New Roman" w:hAnsi="Times New Roman" w:cs="Times New Roman"/>
          <w:sz w:val="23"/>
          <w:szCs w:val="23"/>
        </w:rPr>
        <w:t>Name &amp; Designation of Indenter: __________________________</w:t>
      </w:r>
      <w:r w:rsidR="007A55A8" w:rsidRPr="00DD15BE">
        <w:rPr>
          <w:rFonts w:ascii="Times New Roman" w:hAnsi="Times New Roman" w:cs="Times New Roman"/>
          <w:sz w:val="23"/>
          <w:szCs w:val="23"/>
        </w:rPr>
        <w:t>_______________</w:t>
      </w:r>
      <w:r w:rsidR="000D7AFD" w:rsidRPr="00DD15BE">
        <w:rPr>
          <w:rFonts w:ascii="Times New Roman" w:hAnsi="Times New Roman" w:cs="Times New Roman"/>
          <w:sz w:val="23"/>
          <w:szCs w:val="23"/>
        </w:rPr>
        <w:t>______</w:t>
      </w:r>
      <w:r w:rsidR="00405AD5">
        <w:rPr>
          <w:rFonts w:ascii="Times New Roman" w:hAnsi="Times New Roman" w:cs="Times New Roman"/>
          <w:sz w:val="23"/>
          <w:szCs w:val="23"/>
        </w:rPr>
        <w:t>__</w:t>
      </w:r>
    </w:p>
    <w:p w14:paraId="6413EDE0" w14:textId="693ACE37" w:rsidR="00BA1ACB" w:rsidRPr="00DD15BE" w:rsidRDefault="007A55A8" w:rsidP="007A55A8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DD15BE">
        <w:rPr>
          <w:rFonts w:ascii="Times New Roman" w:hAnsi="Times New Roman" w:cs="Times New Roman"/>
          <w:sz w:val="23"/>
          <w:szCs w:val="23"/>
        </w:rPr>
        <w:t>Name of Department/Section:_____________________________________________</w:t>
      </w:r>
      <w:r w:rsidR="000D7AFD" w:rsidRPr="00DD15BE">
        <w:rPr>
          <w:rFonts w:ascii="Times New Roman" w:hAnsi="Times New Roman" w:cs="Times New Roman"/>
          <w:sz w:val="23"/>
          <w:szCs w:val="23"/>
        </w:rPr>
        <w:t>______</w:t>
      </w:r>
      <w:r w:rsidR="00405AD5">
        <w:rPr>
          <w:rFonts w:ascii="Times New Roman" w:hAnsi="Times New Roman" w:cs="Times New Roman"/>
          <w:sz w:val="23"/>
          <w:szCs w:val="23"/>
        </w:rPr>
        <w:t>_</w:t>
      </w:r>
    </w:p>
    <w:p w14:paraId="6B99A58E" w14:textId="504D7327" w:rsidR="00BA1ACB" w:rsidRPr="00DD15BE" w:rsidRDefault="007A55A8" w:rsidP="007A55A8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DD15BE">
        <w:rPr>
          <w:rFonts w:ascii="Times New Roman" w:hAnsi="Times New Roman" w:cs="Times New Roman"/>
          <w:sz w:val="23"/>
          <w:szCs w:val="23"/>
        </w:rPr>
        <w:t>Provision: Capital/General: ___________________</w:t>
      </w:r>
      <w:r w:rsidR="000D7AFD" w:rsidRPr="00DD15BE">
        <w:rPr>
          <w:rFonts w:ascii="Times New Roman" w:hAnsi="Times New Roman" w:cs="Times New Roman"/>
          <w:sz w:val="23"/>
          <w:szCs w:val="23"/>
        </w:rPr>
        <w:t>_____</w:t>
      </w:r>
      <w:r w:rsidR="00405AD5">
        <w:rPr>
          <w:rFonts w:ascii="Times New Roman" w:hAnsi="Times New Roman" w:cs="Times New Roman"/>
          <w:sz w:val="23"/>
          <w:szCs w:val="23"/>
        </w:rPr>
        <w:t>__</w:t>
      </w:r>
      <w:r w:rsidR="000D7AFD" w:rsidRPr="00DD15BE">
        <w:rPr>
          <w:rFonts w:ascii="Times New Roman" w:hAnsi="Times New Roman" w:cs="Times New Roman"/>
          <w:sz w:val="23"/>
          <w:szCs w:val="23"/>
        </w:rPr>
        <w:t xml:space="preserve">_ </w:t>
      </w:r>
      <w:r w:rsidRPr="00DD15BE">
        <w:rPr>
          <w:rFonts w:ascii="Times New Roman" w:hAnsi="Times New Roman" w:cs="Times New Roman"/>
          <w:sz w:val="23"/>
          <w:szCs w:val="23"/>
        </w:rPr>
        <w:t>(For Purchase/Accounts Section)</w:t>
      </w:r>
    </w:p>
    <w:p w14:paraId="00712A1B" w14:textId="1005F4A4" w:rsidR="00BA1ACB" w:rsidRPr="00DD15BE" w:rsidRDefault="00000000" w:rsidP="007A55A8">
      <w:pPr>
        <w:pStyle w:val="ListParagraph"/>
        <w:numPr>
          <w:ilvl w:val="0"/>
          <w:numId w:val="10"/>
        </w:numPr>
        <w:tabs>
          <w:tab w:val="left" w:pos="7785"/>
        </w:tabs>
        <w:spacing w:line="48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DD15BE">
        <w:rPr>
          <w:rFonts w:ascii="Times New Roman" w:hAnsi="Times New Roman" w:cs="Times New Roman"/>
          <w:sz w:val="23"/>
          <w:szCs w:val="23"/>
        </w:rPr>
        <w:t>Budget Head:</w:t>
      </w:r>
      <w:r w:rsidR="007A55A8" w:rsidRPr="00DD15BE">
        <w:rPr>
          <w:rFonts w:ascii="Times New Roman" w:hAnsi="Times New Roman" w:cs="Times New Roman"/>
          <w:sz w:val="23"/>
          <w:szCs w:val="23"/>
        </w:rPr>
        <w:t xml:space="preserve"> College/Project: </w:t>
      </w:r>
      <w:r w:rsidRPr="00DD15BE">
        <w:rPr>
          <w:rFonts w:ascii="Times New Roman" w:hAnsi="Times New Roman" w:cs="Times New Roman"/>
          <w:sz w:val="23"/>
          <w:szCs w:val="23"/>
        </w:rPr>
        <w:t xml:space="preserve"> __________________________</w:t>
      </w:r>
      <w:r w:rsidR="000D7AFD" w:rsidRPr="00DD15BE">
        <w:rPr>
          <w:rFonts w:ascii="Times New Roman" w:hAnsi="Times New Roman" w:cs="Times New Roman"/>
          <w:sz w:val="23"/>
          <w:szCs w:val="23"/>
        </w:rPr>
        <w:t>_______________________</w:t>
      </w:r>
      <w:r w:rsidR="00405AD5">
        <w:rPr>
          <w:rFonts w:ascii="Times New Roman" w:hAnsi="Times New Roman" w:cs="Times New Roman"/>
          <w:sz w:val="23"/>
          <w:szCs w:val="23"/>
        </w:rPr>
        <w:t>__</w:t>
      </w:r>
    </w:p>
    <w:p w14:paraId="287712C7" w14:textId="4F86F731" w:rsidR="00BA1ACB" w:rsidRPr="00DD15BE" w:rsidRDefault="007A55A8" w:rsidP="007A55A8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DD15BE">
        <w:rPr>
          <w:rFonts w:ascii="Times New Roman" w:hAnsi="Times New Roman" w:cs="Times New Roman"/>
          <w:sz w:val="23"/>
          <w:szCs w:val="23"/>
        </w:rPr>
        <w:t>Previous Purchase, if any</w:t>
      </w:r>
      <w:r w:rsidR="000D7AFD" w:rsidRPr="00DD15BE">
        <w:rPr>
          <w:rFonts w:ascii="Times New Roman" w:hAnsi="Times New Roman" w:cs="Times New Roman"/>
          <w:sz w:val="23"/>
          <w:szCs w:val="23"/>
        </w:rPr>
        <w:t>: _____________________________________________________</w:t>
      </w:r>
      <w:r w:rsidR="00405AD5">
        <w:rPr>
          <w:rFonts w:ascii="Times New Roman" w:hAnsi="Times New Roman" w:cs="Times New Roman"/>
          <w:sz w:val="23"/>
          <w:szCs w:val="23"/>
        </w:rPr>
        <w:t>__</w:t>
      </w:r>
    </w:p>
    <w:tbl>
      <w:tblPr>
        <w:tblStyle w:val="TableGrid"/>
        <w:tblW w:w="9351" w:type="dxa"/>
        <w:jc w:val="center"/>
        <w:tblLook w:val="04A0" w:firstRow="1" w:lastRow="0" w:firstColumn="1" w:lastColumn="0" w:noHBand="0" w:noVBand="1"/>
      </w:tblPr>
      <w:tblGrid>
        <w:gridCol w:w="10"/>
        <w:gridCol w:w="694"/>
        <w:gridCol w:w="1984"/>
        <w:gridCol w:w="2694"/>
        <w:gridCol w:w="850"/>
        <w:gridCol w:w="1560"/>
        <w:gridCol w:w="1559"/>
      </w:tblGrid>
      <w:tr w:rsidR="007A55A8" w:rsidRPr="00DD15BE" w14:paraId="16D6B601" w14:textId="77777777" w:rsidTr="008B5DAB">
        <w:trPr>
          <w:jc w:val="center"/>
        </w:trPr>
        <w:tc>
          <w:tcPr>
            <w:tcW w:w="704" w:type="dxa"/>
            <w:gridSpan w:val="2"/>
          </w:tcPr>
          <w:p w14:paraId="7B183531" w14:textId="77777777" w:rsidR="007A55A8" w:rsidRPr="00DD15BE" w:rsidRDefault="007A55A8" w:rsidP="007A55A8">
            <w:pPr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DD15BE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Sl. No.</w:t>
            </w:r>
          </w:p>
        </w:tc>
        <w:tc>
          <w:tcPr>
            <w:tcW w:w="1984" w:type="dxa"/>
          </w:tcPr>
          <w:p w14:paraId="6ABD99A3" w14:textId="77777777" w:rsidR="007A55A8" w:rsidRPr="00DD15BE" w:rsidRDefault="007A55A8" w:rsidP="007A55A8">
            <w:pPr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DD15BE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Name of Item</w:t>
            </w:r>
          </w:p>
        </w:tc>
        <w:tc>
          <w:tcPr>
            <w:tcW w:w="2694" w:type="dxa"/>
          </w:tcPr>
          <w:p w14:paraId="06BBFBFA" w14:textId="60C1C83B" w:rsidR="007A55A8" w:rsidRPr="00DD15BE" w:rsidRDefault="007A55A8" w:rsidP="007A55A8">
            <w:pPr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DD15BE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Generic Technical Specification (Do not mention Brand/Make/Model unless justified)</w:t>
            </w:r>
          </w:p>
        </w:tc>
        <w:tc>
          <w:tcPr>
            <w:tcW w:w="850" w:type="dxa"/>
          </w:tcPr>
          <w:p w14:paraId="74BE5FA9" w14:textId="77777777" w:rsidR="007A55A8" w:rsidRPr="00DD15BE" w:rsidRDefault="007A55A8" w:rsidP="007A55A8">
            <w:pPr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DD15BE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Qty.</w:t>
            </w:r>
          </w:p>
        </w:tc>
        <w:tc>
          <w:tcPr>
            <w:tcW w:w="1560" w:type="dxa"/>
          </w:tcPr>
          <w:p w14:paraId="404AEE54" w14:textId="77777777" w:rsidR="007A55A8" w:rsidRPr="00DD15BE" w:rsidRDefault="007A55A8" w:rsidP="007A55A8">
            <w:pPr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DD15BE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Estimated Unit Price</w:t>
            </w:r>
          </w:p>
        </w:tc>
        <w:tc>
          <w:tcPr>
            <w:tcW w:w="1559" w:type="dxa"/>
          </w:tcPr>
          <w:p w14:paraId="15A5DB31" w14:textId="77777777" w:rsidR="007A55A8" w:rsidRPr="00DD15BE" w:rsidRDefault="007A55A8" w:rsidP="007A55A8">
            <w:pPr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DD15BE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Total Amount</w:t>
            </w:r>
          </w:p>
        </w:tc>
      </w:tr>
      <w:tr w:rsidR="007A55A8" w:rsidRPr="00DD15BE" w14:paraId="4F20D446" w14:textId="77777777" w:rsidTr="008B5DAB">
        <w:trPr>
          <w:gridBefore w:val="1"/>
          <w:wBefore w:w="10" w:type="dxa"/>
          <w:trHeight w:val="4165"/>
          <w:jc w:val="center"/>
        </w:trPr>
        <w:tc>
          <w:tcPr>
            <w:tcW w:w="694" w:type="dxa"/>
          </w:tcPr>
          <w:p w14:paraId="4610F79D" w14:textId="77777777" w:rsidR="007A55A8" w:rsidRPr="00DD15BE" w:rsidRDefault="007A55A8" w:rsidP="007A55A8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84" w:type="dxa"/>
          </w:tcPr>
          <w:p w14:paraId="13F8252B" w14:textId="77777777" w:rsidR="007A55A8" w:rsidRPr="00DD15BE" w:rsidRDefault="007A55A8" w:rsidP="007A55A8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694" w:type="dxa"/>
          </w:tcPr>
          <w:p w14:paraId="31B6A203" w14:textId="77777777" w:rsidR="007A55A8" w:rsidRPr="00DD15BE" w:rsidRDefault="007A55A8" w:rsidP="007A55A8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50" w:type="dxa"/>
          </w:tcPr>
          <w:p w14:paraId="46721A31" w14:textId="77777777" w:rsidR="007A55A8" w:rsidRPr="00DD15BE" w:rsidRDefault="007A55A8" w:rsidP="007A55A8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60" w:type="dxa"/>
          </w:tcPr>
          <w:p w14:paraId="63028254" w14:textId="77777777" w:rsidR="007A55A8" w:rsidRPr="00DD15BE" w:rsidRDefault="007A55A8" w:rsidP="007A55A8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9" w:type="dxa"/>
          </w:tcPr>
          <w:p w14:paraId="724EABC7" w14:textId="77777777" w:rsidR="007A55A8" w:rsidRPr="00DD15BE" w:rsidRDefault="007A55A8" w:rsidP="007A55A8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14:paraId="0755C1D2" w14:textId="77777777" w:rsidR="007A55A8" w:rsidRPr="00DD15BE" w:rsidRDefault="007A55A8" w:rsidP="000D7AFD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</w:p>
    <w:p w14:paraId="397C5952" w14:textId="2F725BDA" w:rsidR="00BA1ACB" w:rsidRPr="00DD15BE" w:rsidRDefault="00000000" w:rsidP="007A55A8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DD15BE">
        <w:rPr>
          <w:rFonts w:ascii="Times New Roman" w:hAnsi="Times New Roman" w:cs="Times New Roman"/>
          <w:sz w:val="23"/>
          <w:szCs w:val="23"/>
        </w:rPr>
        <w:t>Purpose:</w:t>
      </w:r>
      <w:r w:rsidR="007A55A8" w:rsidRPr="00DD15BE">
        <w:rPr>
          <w:rFonts w:ascii="Times New Roman" w:hAnsi="Times New Roman" w:cs="Times New Roman"/>
          <w:sz w:val="23"/>
          <w:szCs w:val="23"/>
        </w:rPr>
        <w:t>______________________________________________________________</w:t>
      </w:r>
      <w:r w:rsidR="000D7AFD" w:rsidRPr="00DD15BE">
        <w:rPr>
          <w:rFonts w:ascii="Times New Roman" w:hAnsi="Times New Roman" w:cs="Times New Roman"/>
          <w:sz w:val="23"/>
          <w:szCs w:val="23"/>
        </w:rPr>
        <w:t>______</w:t>
      </w:r>
      <w:r w:rsidR="00405AD5">
        <w:rPr>
          <w:rFonts w:ascii="Times New Roman" w:hAnsi="Times New Roman" w:cs="Times New Roman"/>
          <w:sz w:val="23"/>
          <w:szCs w:val="23"/>
        </w:rPr>
        <w:t>___</w:t>
      </w:r>
    </w:p>
    <w:p w14:paraId="07DA1C4F" w14:textId="4FBE09E6" w:rsidR="00BA1ACB" w:rsidRPr="00DD15BE" w:rsidRDefault="000D7AFD" w:rsidP="007A55A8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DD15BE">
        <w:rPr>
          <w:rFonts w:ascii="Times New Roman" w:hAnsi="Times New Roman" w:cs="Times New Roman"/>
          <w:sz w:val="23"/>
          <w:szCs w:val="23"/>
        </w:rPr>
        <w:t>Justification:_</w:t>
      </w:r>
      <w:r w:rsidR="007A55A8" w:rsidRPr="00DD15BE">
        <w:rPr>
          <w:rFonts w:ascii="Times New Roman" w:hAnsi="Times New Roman" w:cs="Times New Roman"/>
          <w:sz w:val="23"/>
          <w:szCs w:val="23"/>
        </w:rPr>
        <w:t>____________________________________________________________________________________________________________________________</w:t>
      </w:r>
      <w:r w:rsidRPr="00DD15BE">
        <w:rPr>
          <w:rFonts w:ascii="Times New Roman" w:hAnsi="Times New Roman" w:cs="Times New Roman"/>
          <w:sz w:val="23"/>
          <w:szCs w:val="23"/>
        </w:rPr>
        <w:t>______________</w:t>
      </w:r>
      <w:r w:rsidR="00405AD5">
        <w:rPr>
          <w:rFonts w:ascii="Times New Roman" w:hAnsi="Times New Roman" w:cs="Times New Roman"/>
          <w:sz w:val="23"/>
          <w:szCs w:val="23"/>
        </w:rPr>
        <w:t>______</w:t>
      </w:r>
    </w:p>
    <w:p w14:paraId="34CA4FEB" w14:textId="4151517D" w:rsidR="007A55A8" w:rsidRPr="00DD15BE" w:rsidRDefault="007A55A8" w:rsidP="007A55A8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DD15BE">
        <w:rPr>
          <w:rFonts w:ascii="Times New Roman" w:hAnsi="Times New Roman" w:cs="Times New Roman"/>
          <w:sz w:val="23"/>
          <w:szCs w:val="23"/>
        </w:rPr>
        <w:t>Recommendation of HoD/IC Section: ______________________________________</w:t>
      </w:r>
      <w:r w:rsidR="000D7AFD" w:rsidRPr="00DD15BE">
        <w:rPr>
          <w:rFonts w:ascii="Times New Roman" w:hAnsi="Times New Roman" w:cs="Times New Roman"/>
          <w:sz w:val="23"/>
          <w:szCs w:val="23"/>
        </w:rPr>
        <w:t>______</w:t>
      </w:r>
      <w:r w:rsidR="00405AD5">
        <w:rPr>
          <w:rFonts w:ascii="Times New Roman" w:hAnsi="Times New Roman" w:cs="Times New Roman"/>
          <w:sz w:val="23"/>
          <w:szCs w:val="23"/>
        </w:rPr>
        <w:t>___</w:t>
      </w:r>
    </w:p>
    <w:p w14:paraId="409DFB47" w14:textId="733E4AF4" w:rsidR="007A55A8" w:rsidRPr="00DD15BE" w:rsidRDefault="007A55A8" w:rsidP="007A55A8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DD15BE">
        <w:rPr>
          <w:rFonts w:ascii="Times New Roman" w:hAnsi="Times New Roman" w:cs="Times New Roman"/>
          <w:sz w:val="23"/>
          <w:szCs w:val="23"/>
        </w:rPr>
        <w:t>Availability in Store: Yes/No______________</w:t>
      </w:r>
      <w:r w:rsidR="00405AD5" w:rsidRPr="00DD15BE">
        <w:rPr>
          <w:rFonts w:ascii="Times New Roman" w:hAnsi="Times New Roman" w:cs="Times New Roman"/>
          <w:sz w:val="23"/>
          <w:szCs w:val="23"/>
        </w:rPr>
        <w:t>_</w:t>
      </w:r>
      <w:r w:rsidR="00405AD5">
        <w:rPr>
          <w:rFonts w:ascii="Times New Roman" w:hAnsi="Times New Roman" w:cs="Times New Roman"/>
          <w:sz w:val="23"/>
          <w:szCs w:val="23"/>
        </w:rPr>
        <w:t xml:space="preserve"> (Available Quantity) ______________________</w:t>
      </w:r>
    </w:p>
    <w:p w14:paraId="55B8B345" w14:textId="58F27316" w:rsidR="00BA1ACB" w:rsidRPr="00DD15BE" w:rsidRDefault="00000000" w:rsidP="000D7AFD">
      <w:pPr>
        <w:spacing w:after="0"/>
        <w:jc w:val="right"/>
        <w:rPr>
          <w:rFonts w:ascii="Times New Roman" w:hAnsi="Times New Roman" w:cs="Times New Roman"/>
          <w:b/>
          <w:bCs/>
          <w:sz w:val="23"/>
          <w:szCs w:val="23"/>
        </w:rPr>
      </w:pPr>
      <w:r w:rsidRPr="00DD15BE">
        <w:rPr>
          <w:rFonts w:ascii="Times New Roman" w:hAnsi="Times New Roman" w:cs="Times New Roman"/>
          <w:sz w:val="23"/>
          <w:szCs w:val="23"/>
        </w:rPr>
        <w:br/>
      </w:r>
      <w:r w:rsidRPr="00DD15BE">
        <w:rPr>
          <w:rFonts w:ascii="Times New Roman" w:hAnsi="Times New Roman" w:cs="Times New Roman"/>
          <w:b/>
          <w:bCs/>
          <w:sz w:val="23"/>
          <w:szCs w:val="23"/>
        </w:rPr>
        <w:t xml:space="preserve">Signature of Indenter </w:t>
      </w:r>
      <w:r w:rsidR="007A55A8" w:rsidRPr="00DD15BE">
        <w:rPr>
          <w:rFonts w:ascii="Times New Roman" w:hAnsi="Times New Roman" w:cs="Times New Roman"/>
          <w:b/>
          <w:bCs/>
          <w:sz w:val="23"/>
          <w:szCs w:val="23"/>
        </w:rPr>
        <w:t>with Date</w:t>
      </w:r>
    </w:p>
    <w:p w14:paraId="7BBC6BA7" w14:textId="43305E5B" w:rsidR="007A55A8" w:rsidRPr="008B5DAB" w:rsidRDefault="007A55A8" w:rsidP="000D7AF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B5DAB">
        <w:rPr>
          <w:rFonts w:ascii="Times New Roman" w:hAnsi="Times New Roman" w:cs="Times New Roman"/>
          <w:b/>
          <w:bCs/>
          <w:sz w:val="28"/>
          <w:szCs w:val="28"/>
          <w:u w:val="single"/>
        </w:rPr>
        <w:t>Dean</w:t>
      </w:r>
    </w:p>
    <w:sectPr w:rsidR="007A55A8" w:rsidRPr="008B5DAB" w:rsidSect="000D7AFD">
      <w:headerReference w:type="default" r:id="rId8"/>
      <w:pgSz w:w="12240" w:h="15840"/>
      <w:pgMar w:top="1440" w:right="1440" w:bottom="567" w:left="1440" w:header="227" w:footer="8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712F5" w14:textId="77777777" w:rsidR="00DF2A04" w:rsidRDefault="00DF2A04" w:rsidP="007A55A8">
      <w:pPr>
        <w:spacing w:after="0" w:line="240" w:lineRule="auto"/>
      </w:pPr>
      <w:r>
        <w:separator/>
      </w:r>
    </w:p>
  </w:endnote>
  <w:endnote w:type="continuationSeparator" w:id="0">
    <w:p w14:paraId="31F275BB" w14:textId="77777777" w:rsidR="00DF2A04" w:rsidRDefault="00DF2A04" w:rsidP="007A5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ED28F" w14:textId="77777777" w:rsidR="00DF2A04" w:rsidRDefault="00DF2A04" w:rsidP="007A55A8">
      <w:pPr>
        <w:spacing w:after="0" w:line="240" w:lineRule="auto"/>
      </w:pPr>
      <w:r>
        <w:separator/>
      </w:r>
    </w:p>
  </w:footnote>
  <w:footnote w:type="continuationSeparator" w:id="0">
    <w:p w14:paraId="5C5B7964" w14:textId="77777777" w:rsidR="00DF2A04" w:rsidRDefault="00DF2A04" w:rsidP="007A55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00DA8" w14:textId="6B0BA96A" w:rsidR="007A55A8" w:rsidRPr="007A55A8" w:rsidRDefault="007A55A8" w:rsidP="007A55A8">
    <w:pPr>
      <w:pStyle w:val="Heading1"/>
      <w:jc w:val="center"/>
      <w:rPr>
        <w:rFonts w:ascii="Times New Roman" w:hAnsi="Times New Roman" w:cs="Times New Roman"/>
        <w:color w:val="auto"/>
      </w:rPr>
    </w:pPr>
    <w:r w:rsidRPr="007A55A8">
      <w:rPr>
        <w:rFonts w:ascii="Times New Roman" w:hAnsi="Times New Roman" w:cs="Times New Roman"/>
        <w:color w:val="auto"/>
      </w:rPr>
      <w:t>PURCHASE INDENT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B7F5435"/>
    <w:multiLevelType w:val="hybridMultilevel"/>
    <w:tmpl w:val="6BC6F352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33828656">
    <w:abstractNumId w:val="8"/>
  </w:num>
  <w:num w:numId="2" w16cid:durableId="1798063467">
    <w:abstractNumId w:val="6"/>
  </w:num>
  <w:num w:numId="3" w16cid:durableId="275062588">
    <w:abstractNumId w:val="5"/>
  </w:num>
  <w:num w:numId="4" w16cid:durableId="40402926">
    <w:abstractNumId w:val="4"/>
  </w:num>
  <w:num w:numId="5" w16cid:durableId="1260794643">
    <w:abstractNumId w:val="7"/>
  </w:num>
  <w:num w:numId="6" w16cid:durableId="162595457">
    <w:abstractNumId w:val="3"/>
  </w:num>
  <w:num w:numId="7" w16cid:durableId="391739647">
    <w:abstractNumId w:val="2"/>
  </w:num>
  <w:num w:numId="8" w16cid:durableId="1994479423">
    <w:abstractNumId w:val="1"/>
  </w:num>
  <w:num w:numId="9" w16cid:durableId="1644038929">
    <w:abstractNumId w:val="0"/>
  </w:num>
  <w:num w:numId="10" w16cid:durableId="8273298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7AFD"/>
    <w:rsid w:val="000E73D5"/>
    <w:rsid w:val="0015074B"/>
    <w:rsid w:val="0029639D"/>
    <w:rsid w:val="00326F90"/>
    <w:rsid w:val="00405AD5"/>
    <w:rsid w:val="00623AA9"/>
    <w:rsid w:val="006E126C"/>
    <w:rsid w:val="007A55A8"/>
    <w:rsid w:val="008768EC"/>
    <w:rsid w:val="008B5DAB"/>
    <w:rsid w:val="00AA1D8D"/>
    <w:rsid w:val="00B47730"/>
    <w:rsid w:val="00BA1ACB"/>
    <w:rsid w:val="00CB0664"/>
    <w:rsid w:val="00DD15BE"/>
    <w:rsid w:val="00DF2A04"/>
    <w:rsid w:val="00E2644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BCF1BA"/>
  <w14:defaultImageDpi w14:val="300"/>
  <w15:docId w15:val="{89D4FF67-A2DC-4384-AA2B-45BBDC23F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5</cp:revision>
  <dcterms:created xsi:type="dcterms:W3CDTF">2026-08-03T08:19:00Z</dcterms:created>
  <dcterms:modified xsi:type="dcterms:W3CDTF">2026-08-18T13:29:00Z</dcterms:modified>
  <cp:category/>
</cp:coreProperties>
</file>